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DejaVu Serif" w:hAnsi="DejaVu Serif" w:eastAsia="DejaVu Serif" w:cs="DejaVu Serif"/>
        </w:rPr>
        <w:t>QUICK CAPTURE</w:t>
      </w:r>
    </w:p>
    <w:p>
      <w:pPr/>
      <w:r>
        <w:rPr>
          <w:rFonts w:ascii="DejaVu Sans" w:hAnsi="DejaVu Sans" w:eastAsia="DejaVu Sans" w:cs="DejaVu Sans"/>
          <w:b/>
        </w:rPr>
        <w:t>Date:</w:t>
      </w:r>
      <w:r>
        <w:rPr>
          <w:rFonts w:ascii="DejaVu Sans" w:hAnsi="DejaVu Sans" w:eastAsia="DejaVu Sans" w:cs="DejaVu Sans"/>
        </w:rPr>
        <w:t xml:space="preserve"> __________________</w:t>
      </w:r>
    </w:p>
    <w:p>
      <w:pPr>
        <w:pStyle w:val="QuickCaptureInstruction"/>
        <w:shd w:val="clear" w:color="auto" w:fill="E9ECE2"/>
      </w:pPr>
      <w:r>
        <w:rPr>
          <w:rFonts w:ascii="DejaVu Sans" w:hAnsi="DejaVu Sans" w:eastAsia="DejaVu Sans" w:cs="DejaVu Sans"/>
        </w:rPr>
        <w:t>Pick one or two. A few words are enough.</w:t>
      </w:r>
    </w:p>
    <w:p>
      <w:pPr>
        <w:pStyle w:val="Heading2"/>
      </w:pPr>
      <w:r>
        <w:rPr>
          <w:rFonts w:ascii="DejaVu Serif" w:hAnsi="DejaVu Serif" w:eastAsia="DejaVu Serif" w:cs="DejaVu Serif"/>
        </w:rPr>
        <w:t>What worked?</w:t>
      </w:r>
    </w:p>
    <w:p>
      <w:pPr>
        <w:pStyle w:val="Heading2"/>
      </w:pPr>
      <w:r>
        <w:rPr>
          <w:rFonts w:ascii="DejaVu Serif" w:hAnsi="DejaVu Serif" w:eastAsia="DejaVu Serif" w:cs="DejaVu Serif"/>
        </w:rPr>
        <w:t>What was hard?</w:t>
      </w:r>
    </w:p>
    <w:p>
      <w:pPr>
        <w:pStyle w:val="Heading2"/>
      </w:pPr>
      <w:r>
        <w:rPr>
          <w:rFonts w:ascii="DejaVu Serif" w:hAnsi="DejaVu Serif" w:eastAsia="DejaVu Serif" w:cs="DejaVu Serif"/>
        </w:rPr>
        <w:t>What surprised me?</w:t>
      </w:r>
    </w:p>
    <w:p>
      <w:pPr>
        <w:pStyle w:val="Heading2"/>
      </w:pPr>
      <w:r>
        <w:rPr>
          <w:rFonts w:ascii="DejaVu Serif" w:hAnsi="DejaVu Serif" w:eastAsia="DejaVu Serif" w:cs="DejaVu Serif"/>
        </w:rPr>
        <w:t>What changed?</w:t>
      </w:r>
    </w:p>
    <w:p>
      <w:pPr>
        <w:pStyle w:val="Heading2"/>
      </w:pPr>
      <w:r>
        <w:rPr>
          <w:rFonts w:ascii="DejaVu Serif" w:hAnsi="DejaVu Serif" w:eastAsia="DejaVu Serif" w:cs="DejaVu Serif"/>
        </w:rPr>
        <w:t>What do I want to remember, keep, or try next?</w:t>
      </w:r>
    </w:p>
    <w:p>
      <w:pPr>
        <w:pStyle w:val="QuickCaptureClosing"/>
        <w:shd w:val="clear" w:color="auto" w:fill="E9ECE2"/>
      </w:pPr>
      <w:r>
        <w:rPr>
          <w:rFonts w:ascii="DejaVu Sans" w:hAnsi="DejaVu Sans" w:eastAsia="DejaVu Sans" w:cs="DejaVu Sans"/>
        </w:rPr>
        <w:t>Capture it now. Think about it later—if it is still worth thinking about.</w:t>
      </w:r>
    </w:p>
    <w:sectPr w:rsidR="00FC693F" w:rsidRPr="0006063C" w:rsidSect="00034616">
      <w:pgSz w:w="12240" w:h="15840"/>
      <w:pgMar w:top="1195" w:right="1267" w:bottom="1195" w:left="1267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80" w:line="288" w:lineRule="auto"/>
    </w:pPr>
    <w:rPr>
      <w:rFonts w:ascii="DejaVu Sans" w:hAnsi="DejaVu Sans" w:eastAsia="DejaVu Sans" w:cs="DejaVu Sans"/>
      <w:b w:val="0"/>
      <w:color w:val="26302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0" w:after="180" w:line="283" w:lineRule="auto"/>
      <w:outlineLvl w:val="0"/>
    </w:pPr>
    <w:rPr>
      <w:rFonts w:asciiTheme="majorHAnsi" w:eastAsiaTheme="majorEastAsia" w:hAnsiTheme="majorHAnsi" w:cstheme="majorBidi" w:ascii="DejaVu Serif" w:hAnsi="DejaVu Serif" w:eastAsia="DejaVu Serif" w:cs="DejaVu Serif"/>
      <w:b/>
      <w:bCs/>
      <w:color w:val="17352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0" w:after="180" w:line="283" w:lineRule="auto"/>
      <w:outlineLvl w:val="1"/>
    </w:pPr>
    <w:rPr>
      <w:rFonts w:asciiTheme="majorHAnsi" w:eastAsiaTheme="majorEastAsia" w:hAnsiTheme="majorHAnsi" w:cstheme="majorBidi" w:ascii="DejaVu Serif" w:hAnsi="DejaVu Serif" w:eastAsia="DejaVu Serif" w:cs="DejaVu Serif"/>
      <w:b/>
      <w:bCs/>
      <w:color w:val="17352F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60" w:after="180" w:line="283" w:lineRule="auto"/>
      <w:outlineLvl w:val="2"/>
    </w:pPr>
    <w:rPr>
      <w:rFonts w:asciiTheme="majorHAnsi" w:eastAsiaTheme="majorEastAsia" w:hAnsiTheme="majorHAnsi" w:cstheme="majorBidi" w:ascii="DejaVu Serif" w:hAnsi="DejaVu Serif" w:eastAsia="DejaVu Serif" w:cs="DejaVu Serif"/>
      <w:b/>
      <w:bCs/>
      <w:color w:val="1735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520" w:line="269" w:lineRule="auto" w:before="0"/>
      <w:contextualSpacing/>
      <w:jc w:val="center"/>
    </w:pPr>
    <w:rPr>
      <w:rFonts w:asciiTheme="majorHAnsi" w:eastAsiaTheme="majorEastAsia" w:hAnsiTheme="majorHAnsi" w:cstheme="majorBidi" w:ascii="DejaVu Serif" w:hAnsi="DejaVu Serif" w:eastAsia="DejaVu Serif" w:cs="DejaVu Serif"/>
      <w:b/>
      <w:color w:val="17352F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288" w:lineRule="auto"/>
    </w:pPr>
    <w:rPr>
      <w:rFonts w:asciiTheme="majorHAnsi" w:eastAsiaTheme="majorEastAsia" w:hAnsiTheme="majorHAnsi" w:cstheme="majorBidi" w:ascii="DejaVu Sans" w:hAnsi="DejaVu Sans" w:eastAsia="DejaVu Sans" w:cs="DejaVu Sans"/>
      <w:b w:val="0"/>
      <w:i w:val="0"/>
      <w:iCs/>
      <w:color w:val="26302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ickCaptureInstruction">
    <w:name w:val="Quick Capture Instruction"/>
    <w:basedOn w:val="Normal"/>
    <w:pPr>
      <w:spacing w:before="320" w:after="180" w:line="300" w:lineRule="auto"/>
    </w:pPr>
    <w:rPr>
      <w:rFonts w:ascii="DejaVu Sans" w:hAnsi="DejaVu Sans" w:eastAsia="DejaVu Sans" w:cs="DejaVu Sans"/>
      <w:b/>
      <w:color w:val="17352F"/>
      <w:sz w:val="23"/>
    </w:rPr>
  </w:style>
  <w:style w:type="paragraph" w:customStyle="1" w:styleId="QuickCaptureClosing">
    <w:name w:val="Quick Capture Closing"/>
    <w:basedOn w:val="Normal"/>
    <w:pPr>
      <w:keepLines/>
      <w:spacing w:before="580" w:after="0" w:line="312" w:lineRule="auto"/>
    </w:pPr>
    <w:rPr>
      <w:rFonts w:ascii="DejaVu Sans" w:hAnsi="DejaVu Sans" w:eastAsia="DejaVu Sans" w:cs="DejaVu Sans"/>
      <w:b/>
      <w:color w:val="17352F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CAPTURE</dc:title>
  <dc:subject>Teacher reflection tool</dc:subject>
  <dc:creator>Prestigious Owlet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